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3CE3" w14:textId="77777777" w:rsidR="002279BA" w:rsidRDefault="00E4669C">
      <w:pPr>
        <w:jc w:val="center"/>
      </w:pPr>
      <w:r>
        <w:rPr>
          <w:noProof/>
        </w:rPr>
        <w:drawing>
          <wp:inline distT="0" distB="0" distL="0" distR="0" wp14:anchorId="54097C83" wp14:editId="0AFA8B41">
            <wp:extent cx="1325880" cy="4162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iders_Poziom_CMYK-1-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4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FA0DD" w14:textId="77777777" w:rsidR="002279BA" w:rsidRDefault="00E4669C">
      <w:pPr>
        <w:spacing w:after="20"/>
        <w:jc w:val="center"/>
      </w:pPr>
      <w:r>
        <w:rPr>
          <w:b/>
          <w:sz w:val="26"/>
        </w:rPr>
        <w:t>DEKLARACJA ZAWARTOŚCI PRZESYŁKI</w:t>
      </w:r>
      <w:r>
        <w:rPr>
          <w:b/>
          <w:sz w:val="18"/>
        </w:rPr>
        <w:br/>
        <w:t>Towary niebezpieczne (DG) / baterie i akumulatory</w:t>
      </w:r>
    </w:p>
    <w:p w14:paraId="4E3B144D" w14:textId="77777777" w:rsidR="002279BA" w:rsidRDefault="00E4669C">
      <w:pPr>
        <w:spacing w:after="40"/>
      </w:pPr>
      <w:r>
        <w:rPr>
          <w:b/>
        </w:rPr>
        <w:t xml:space="preserve">Ważne: </w:t>
      </w:r>
      <w:r>
        <w:t xml:space="preserve">Prosimy o dokładne określenie zawartości przesyłki. Baterie, akumulatory i niektóre produkty codziennego użytku mogą podlegać przepisom dotyczącym towarów </w:t>
      </w:r>
      <w:r>
        <w:t>niebezpiecznych.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279BA" w14:paraId="0AE30594" w14:textId="77777777">
        <w:trPr>
          <w:jc w:val="center"/>
        </w:trPr>
        <w:tc>
          <w:tcPr>
            <w:tcW w:w="10800" w:type="dxa"/>
            <w:shd w:val="clear" w:color="auto" w:fill="D9EAF7"/>
            <w:vAlign w:val="center"/>
          </w:tcPr>
          <w:p w14:paraId="4B86BBE4" w14:textId="77777777" w:rsidR="002279BA" w:rsidRDefault="00E4669C">
            <w:pPr>
              <w:spacing w:after="0"/>
            </w:pPr>
            <w:r>
              <w:rPr>
                <w:b/>
                <w:sz w:val="17"/>
              </w:rPr>
              <w:t>1. DANE PRZESYŁKI</w:t>
            </w:r>
          </w:p>
        </w:tc>
      </w:tr>
    </w:tbl>
    <w:p w14:paraId="4259B9E2" w14:textId="77777777" w:rsidR="002279BA" w:rsidRDefault="002279BA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688"/>
      </w:tblGrid>
      <w:tr w:rsidR="002279BA" w14:paraId="56B01B7E" w14:textId="77777777">
        <w:trPr>
          <w:jc w:val="center"/>
        </w:trPr>
        <w:tc>
          <w:tcPr>
            <w:tcW w:w="5112" w:type="dxa"/>
            <w:vAlign w:val="center"/>
          </w:tcPr>
          <w:p w14:paraId="073CF902" w14:textId="77777777" w:rsidR="002279BA" w:rsidRDefault="00E4669C">
            <w:pPr>
              <w:spacing w:after="0"/>
            </w:pPr>
            <w:r>
              <w:t>Nadawca: ______________________________</w:t>
            </w:r>
          </w:p>
        </w:tc>
        <w:tc>
          <w:tcPr>
            <w:tcW w:w="5112" w:type="dxa"/>
            <w:vAlign w:val="center"/>
          </w:tcPr>
          <w:p w14:paraId="49297667" w14:textId="77777777" w:rsidR="002279BA" w:rsidRDefault="00E4669C">
            <w:pPr>
              <w:spacing w:after="0"/>
            </w:pPr>
            <w:r>
              <w:t>Odbiorca: ______________________________</w:t>
            </w:r>
          </w:p>
        </w:tc>
      </w:tr>
      <w:tr w:rsidR="002279BA" w14:paraId="13E2600F" w14:textId="77777777">
        <w:trPr>
          <w:jc w:val="center"/>
        </w:trPr>
        <w:tc>
          <w:tcPr>
            <w:tcW w:w="5112" w:type="dxa"/>
            <w:vAlign w:val="center"/>
          </w:tcPr>
          <w:p w14:paraId="3D1B94F4" w14:textId="77777777" w:rsidR="002279BA" w:rsidRDefault="00E4669C">
            <w:pPr>
              <w:spacing w:after="0"/>
            </w:pPr>
            <w:r>
              <w:t>Opis zawartości: _______________________</w:t>
            </w:r>
          </w:p>
        </w:tc>
        <w:tc>
          <w:tcPr>
            <w:tcW w:w="5112" w:type="dxa"/>
            <w:vAlign w:val="center"/>
          </w:tcPr>
          <w:p w14:paraId="662E28DC" w14:textId="77777777" w:rsidR="002279BA" w:rsidRDefault="00E4669C">
            <w:pPr>
              <w:spacing w:after="0"/>
            </w:pPr>
            <w:r>
              <w:t>Liczba sztuk: __________________________</w:t>
            </w:r>
          </w:p>
        </w:tc>
      </w:tr>
      <w:tr w:rsidR="002279BA" w14:paraId="447CA584" w14:textId="77777777">
        <w:trPr>
          <w:jc w:val="center"/>
        </w:trPr>
        <w:tc>
          <w:tcPr>
            <w:tcW w:w="5112" w:type="dxa"/>
            <w:vAlign w:val="center"/>
          </w:tcPr>
          <w:p w14:paraId="6E8BD4A5" w14:textId="77777777" w:rsidR="002279BA" w:rsidRDefault="00E4669C">
            <w:pPr>
              <w:spacing w:after="0"/>
            </w:pPr>
            <w:r>
              <w:t>Nr zlecenia / referencja: ______________</w:t>
            </w:r>
          </w:p>
        </w:tc>
        <w:tc>
          <w:tcPr>
            <w:tcW w:w="5112" w:type="dxa"/>
            <w:vAlign w:val="center"/>
          </w:tcPr>
          <w:p w14:paraId="0DA71BC1" w14:textId="77777777" w:rsidR="002279BA" w:rsidRDefault="00E4669C">
            <w:pPr>
              <w:spacing w:after="0"/>
            </w:pPr>
            <w:r>
              <w:t xml:space="preserve">Data </w:t>
            </w:r>
            <w:proofErr w:type="spellStart"/>
            <w:r>
              <w:t>nadania</w:t>
            </w:r>
            <w:proofErr w:type="spellEnd"/>
            <w:r>
              <w:t>:</w:t>
            </w:r>
            <w:r>
              <w:t xml:space="preserve"> __________________________</w:t>
            </w:r>
          </w:p>
          <w:p w14:paraId="0569BCCD" w14:textId="717E198D" w:rsidR="00E4669C" w:rsidRDefault="00E4669C">
            <w:pPr>
              <w:spacing w:after="0"/>
            </w:pPr>
          </w:p>
        </w:tc>
      </w:tr>
      <w:tr w:rsidR="002279BA" w14:paraId="3532A091" w14:textId="77777777">
        <w:trPr>
          <w:jc w:val="center"/>
        </w:trPr>
        <w:tc>
          <w:tcPr>
            <w:tcW w:w="10800" w:type="dxa"/>
            <w:gridSpan w:val="2"/>
            <w:shd w:val="clear" w:color="auto" w:fill="D9EAF7"/>
            <w:vAlign w:val="center"/>
          </w:tcPr>
          <w:p w14:paraId="7CE696C3" w14:textId="77777777" w:rsidR="002279BA" w:rsidRDefault="00E4669C">
            <w:pPr>
              <w:spacing w:after="0"/>
            </w:pPr>
            <w:r>
              <w:rPr>
                <w:b/>
                <w:sz w:val="17"/>
              </w:rPr>
              <w:t>2. BATERIE I AKUMULATORY</w:t>
            </w:r>
          </w:p>
        </w:tc>
      </w:tr>
    </w:tbl>
    <w:p w14:paraId="7246998A" w14:textId="77777777" w:rsidR="002279BA" w:rsidRDefault="002279BA">
      <w:pPr>
        <w:spacing w:after="0"/>
      </w:pPr>
    </w:p>
    <w:p w14:paraId="197D2C2F" w14:textId="77777777" w:rsidR="002279BA" w:rsidRDefault="00E4669C">
      <w:pPr>
        <w:spacing w:after="20"/>
      </w:pPr>
      <w:r>
        <w:rPr>
          <w:b/>
        </w:rPr>
        <w:t xml:space="preserve">Czy przesyłka zawiera baterie, akumulatory lub urządzenia zasilane bateriami?  </w:t>
      </w:r>
      <w:r>
        <w:t>☐</w:t>
      </w:r>
      <w:r>
        <w:t xml:space="preserve"> NIE     ☐ TAK     ☐ NIE WIEM – proszę o weryfikację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2279BA" w14:paraId="1B8CC18F" w14:textId="77777777">
        <w:trPr>
          <w:jc w:val="center"/>
        </w:trPr>
        <w:tc>
          <w:tcPr>
            <w:tcW w:w="5112" w:type="dxa"/>
            <w:vAlign w:val="center"/>
          </w:tcPr>
          <w:p w14:paraId="7214D406" w14:textId="77777777" w:rsidR="002279BA" w:rsidRDefault="00E4669C">
            <w:pPr>
              <w:spacing w:after="0"/>
            </w:pPr>
            <w:r>
              <w:t>Rodzaj / typ baterii: ____________________</w:t>
            </w:r>
          </w:p>
        </w:tc>
        <w:tc>
          <w:tcPr>
            <w:tcW w:w="5112" w:type="dxa"/>
            <w:vAlign w:val="center"/>
          </w:tcPr>
          <w:p w14:paraId="2416D8ED" w14:textId="77777777" w:rsidR="002279BA" w:rsidRDefault="00E4669C">
            <w:pPr>
              <w:spacing w:after="0"/>
            </w:pPr>
            <w:r>
              <w:t xml:space="preserve">Producent / model: </w:t>
            </w:r>
            <w:r>
              <w:t>______________________</w:t>
            </w:r>
          </w:p>
        </w:tc>
      </w:tr>
      <w:tr w:rsidR="002279BA" w14:paraId="7ACBB222" w14:textId="77777777">
        <w:trPr>
          <w:jc w:val="center"/>
        </w:trPr>
        <w:tc>
          <w:tcPr>
            <w:tcW w:w="5112" w:type="dxa"/>
            <w:vAlign w:val="center"/>
          </w:tcPr>
          <w:p w14:paraId="01EA4D0A" w14:textId="77777777" w:rsidR="002279BA" w:rsidRDefault="00E4669C">
            <w:pPr>
              <w:spacing w:after="0"/>
            </w:pPr>
            <w:r>
              <w:t>Pojemność / Wh: __________________________</w:t>
            </w:r>
          </w:p>
        </w:tc>
        <w:tc>
          <w:tcPr>
            <w:tcW w:w="5112" w:type="dxa"/>
            <w:vAlign w:val="center"/>
          </w:tcPr>
          <w:p w14:paraId="149A340E" w14:textId="77777777" w:rsidR="002279BA" w:rsidRDefault="00E4669C">
            <w:pPr>
              <w:spacing w:after="0"/>
            </w:pPr>
            <w:r>
              <w:t>Liczba baterii / urządzeń: ______________</w:t>
            </w:r>
          </w:p>
        </w:tc>
      </w:tr>
    </w:tbl>
    <w:p w14:paraId="737DCA45" w14:textId="5EE07362" w:rsidR="002279BA" w:rsidRDefault="00E4669C">
      <w:pPr>
        <w:spacing w:after="20"/>
      </w:pPr>
      <w:r>
        <w:rPr>
          <w:b/>
        </w:rPr>
        <w:t xml:space="preserve">Bateria jest: </w:t>
      </w:r>
      <w:r>
        <w:t>☐</w:t>
      </w:r>
      <w:r>
        <w:t xml:space="preserve"> przewożona samodzielnie   ☐ wbudowana w urządzenie   ☐ zapakowana z </w:t>
      </w:r>
      <w:proofErr w:type="spellStart"/>
      <w:r>
        <w:t>urządzeniem</w:t>
      </w:r>
      <w:proofErr w:type="spellEnd"/>
      <w:r>
        <w:t xml:space="preserve">   ☐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wiem</w:t>
      </w:r>
      <w:proofErr w:type="spellEnd"/>
    </w:p>
    <w:p w14:paraId="63B76040" w14:textId="77777777" w:rsidR="00E4669C" w:rsidRDefault="00E4669C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279BA" w14:paraId="28817EEC" w14:textId="77777777">
        <w:trPr>
          <w:jc w:val="center"/>
        </w:trPr>
        <w:tc>
          <w:tcPr>
            <w:tcW w:w="10800" w:type="dxa"/>
            <w:shd w:val="clear" w:color="auto" w:fill="D9EAF7"/>
            <w:vAlign w:val="center"/>
          </w:tcPr>
          <w:p w14:paraId="3BC5A616" w14:textId="77777777" w:rsidR="002279BA" w:rsidRDefault="00E4669C">
            <w:pPr>
              <w:spacing w:after="0"/>
            </w:pPr>
            <w:r>
              <w:rPr>
                <w:b/>
                <w:sz w:val="17"/>
              </w:rPr>
              <w:t>3. TOWARY MOGĄCE PODLEGAĆ PRZEPISOM D</w:t>
            </w:r>
            <w:r>
              <w:rPr>
                <w:b/>
                <w:sz w:val="17"/>
              </w:rPr>
              <w:t>G</w:t>
            </w:r>
          </w:p>
        </w:tc>
      </w:tr>
    </w:tbl>
    <w:p w14:paraId="0AEEF0EA" w14:textId="77777777" w:rsidR="002279BA" w:rsidRDefault="002279BA">
      <w:pPr>
        <w:spacing w:after="0"/>
      </w:pPr>
    </w:p>
    <w:p w14:paraId="0B9CF7EF" w14:textId="0CF45570" w:rsidR="002279BA" w:rsidRDefault="00E4669C">
      <w:pPr>
        <w:spacing w:after="20"/>
      </w:pPr>
      <w:r>
        <w:rPr>
          <w:b/>
        </w:rPr>
        <w:t>Czy przesyłka zawiera lub może zawierać:</w:t>
      </w:r>
      <w:r>
        <w:br/>
        <w:t>☐ Powerbank / bateria zapasowa   ☐ Telefon / laptop / tablet   ☐ Głośnik / urządzenie elektroniczne</w:t>
      </w:r>
      <w:r>
        <w:br/>
        <w:t>☐ Elektronarzędzie / urządzenie akumulatorowe   ☐ Aerozol / pojemnik pod ciśnieniem   ☐ Chemikalia</w:t>
      </w:r>
      <w:r>
        <w:br/>
        <w:t>☐ Farby / kl</w:t>
      </w:r>
      <w:r>
        <w:t>eje / rozpuszczalniki   ☐ Materiały łatwopalne   ☐ Inne: __________________________</w:t>
      </w:r>
      <w:r>
        <w:br/>
        <w:t xml:space="preserve">☐ NIE – żadna z powyższych kategorii nie występuje   ☐ NIE WIEM – </w:t>
      </w:r>
      <w:proofErr w:type="spellStart"/>
      <w:r>
        <w:t>proszę</w:t>
      </w:r>
      <w:proofErr w:type="spellEnd"/>
      <w:r>
        <w:t xml:space="preserve"> o </w:t>
      </w:r>
      <w:proofErr w:type="spellStart"/>
      <w:r>
        <w:t>weryfikację</w:t>
      </w:r>
      <w:proofErr w:type="spellEnd"/>
    </w:p>
    <w:p w14:paraId="147E6988" w14:textId="77777777" w:rsidR="00E4669C" w:rsidRDefault="00E4669C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279BA" w14:paraId="79BB1533" w14:textId="77777777">
        <w:trPr>
          <w:jc w:val="center"/>
        </w:trPr>
        <w:tc>
          <w:tcPr>
            <w:tcW w:w="10800" w:type="dxa"/>
            <w:shd w:val="clear" w:color="auto" w:fill="D9EAF7"/>
            <w:vAlign w:val="center"/>
          </w:tcPr>
          <w:p w14:paraId="1FE044C6" w14:textId="77777777" w:rsidR="002279BA" w:rsidRDefault="00E4669C">
            <w:pPr>
              <w:spacing w:after="0"/>
            </w:pPr>
            <w:r>
              <w:rPr>
                <w:b/>
                <w:sz w:val="17"/>
              </w:rPr>
              <w:t>4. OŚWIADCZENIE NADAWCY</w:t>
            </w:r>
          </w:p>
        </w:tc>
      </w:tr>
    </w:tbl>
    <w:p w14:paraId="19294B5A" w14:textId="77777777" w:rsidR="002279BA" w:rsidRDefault="002279BA">
      <w:pPr>
        <w:spacing w:after="0"/>
      </w:pPr>
    </w:p>
    <w:p w14:paraId="603C7F0E" w14:textId="77777777" w:rsidR="002279BA" w:rsidRDefault="00E4669C">
      <w:pPr>
        <w:spacing w:after="0"/>
      </w:pPr>
      <w:r>
        <w:rPr>
          <w:b/>
        </w:rPr>
        <w:t>☐</w:t>
      </w:r>
      <w:r>
        <w:rPr>
          <w:b/>
        </w:rPr>
        <w:t xml:space="preserve"> </w:t>
      </w:r>
      <w:r>
        <w:t>Oświadczam, że podałem/am kompletny i zgodny ze stanem fa</w:t>
      </w:r>
      <w:r>
        <w:t>ktycznym opis zawartości przesyłki.</w:t>
      </w:r>
    </w:p>
    <w:p w14:paraId="0BE3213E" w14:textId="77777777" w:rsidR="002279BA" w:rsidRDefault="00E4669C">
      <w:pPr>
        <w:spacing w:after="0"/>
      </w:pPr>
      <w:r>
        <w:rPr>
          <w:b/>
        </w:rPr>
        <w:t>☐</w:t>
      </w:r>
      <w:r>
        <w:rPr>
          <w:b/>
        </w:rPr>
        <w:t xml:space="preserve"> </w:t>
      </w:r>
      <w:r>
        <w:t>Poinformowałem/am Riders Express o obecności baterii, akumulatorów oraz produktów mogących podlegać przepisom DG.</w:t>
      </w:r>
    </w:p>
    <w:p w14:paraId="237F033E" w14:textId="5967AE82" w:rsidR="002279BA" w:rsidRDefault="00E4669C">
      <w:pPr>
        <w:spacing w:after="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Potwierdzam, że nie zataiłem/am informacji dotyczących zawartości przesyłki, które mogą mieć </w:t>
      </w:r>
      <w:r>
        <w:t xml:space="preserve">znaczenie dla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sposobu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>.</w:t>
      </w:r>
    </w:p>
    <w:p w14:paraId="799E884A" w14:textId="77777777" w:rsidR="00E4669C" w:rsidRDefault="00E4669C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2"/>
        <w:gridCol w:w="5688"/>
      </w:tblGrid>
      <w:tr w:rsidR="002279BA" w14:paraId="1B181FD9" w14:textId="77777777">
        <w:tc>
          <w:tcPr>
            <w:tcW w:w="10800" w:type="dxa"/>
            <w:gridSpan w:val="2"/>
            <w:shd w:val="clear" w:color="auto" w:fill="FFF2CC"/>
            <w:vAlign w:val="center"/>
          </w:tcPr>
          <w:p w14:paraId="5AAC3272" w14:textId="77777777" w:rsidR="002279BA" w:rsidRDefault="00E4669C">
            <w:pPr>
              <w:spacing w:after="0"/>
            </w:pPr>
            <w:r>
              <w:rPr>
                <w:b/>
                <w:sz w:val="14"/>
              </w:rPr>
              <w:t>WAŻNE: Powerbanki i baterie litowo-jonowe przewożone samodzielnie mogą podlegać wymaganiom UN3480. Baterie litowo-jonowe zawarte w urządzeniach lub zapakowane z urządzeniami mogą podlegać wymaganiom UN34</w:t>
            </w:r>
            <w:r>
              <w:rPr>
                <w:b/>
                <w:sz w:val="14"/>
              </w:rPr>
              <w:t>81. W przypadku wątpliwości zaznacz „NIE WIEM”. Przesyłka może zostać wstrzymana (HOLD) do czasu weryfikacji.</w:t>
            </w:r>
          </w:p>
        </w:tc>
      </w:tr>
      <w:tr w:rsidR="002279BA" w14:paraId="302F13B7" w14:textId="77777777">
        <w:tblPrEx>
          <w:jc w:val="center"/>
        </w:tblPrEx>
        <w:trPr>
          <w:jc w:val="center"/>
        </w:trPr>
        <w:tc>
          <w:tcPr>
            <w:tcW w:w="5112" w:type="dxa"/>
            <w:vAlign w:val="center"/>
          </w:tcPr>
          <w:p w14:paraId="067CFC59" w14:textId="77777777" w:rsidR="00E4669C" w:rsidRDefault="00E4669C">
            <w:pPr>
              <w:spacing w:after="0"/>
            </w:pPr>
          </w:p>
          <w:p w14:paraId="078A98E9" w14:textId="51DF81A2" w:rsidR="002279BA" w:rsidRDefault="00E4669C">
            <w:pPr>
              <w:spacing w:after="0"/>
            </w:pPr>
            <w:proofErr w:type="spellStart"/>
            <w:r>
              <w:t>Imię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nazwisko</w:t>
            </w:r>
            <w:proofErr w:type="spellEnd"/>
            <w:r>
              <w:t>: __________________________</w:t>
            </w:r>
          </w:p>
        </w:tc>
        <w:tc>
          <w:tcPr>
            <w:tcW w:w="5112" w:type="dxa"/>
            <w:vAlign w:val="center"/>
          </w:tcPr>
          <w:p w14:paraId="6B18C449" w14:textId="77777777" w:rsidR="002279BA" w:rsidRDefault="00E4669C">
            <w:pPr>
              <w:spacing w:after="0"/>
            </w:pPr>
            <w:r>
              <w:t>Firma: __________________________________</w:t>
            </w:r>
          </w:p>
        </w:tc>
      </w:tr>
      <w:tr w:rsidR="002279BA" w14:paraId="1F995D30" w14:textId="77777777">
        <w:tblPrEx>
          <w:jc w:val="center"/>
        </w:tblPrEx>
        <w:trPr>
          <w:jc w:val="center"/>
        </w:trPr>
        <w:tc>
          <w:tcPr>
            <w:tcW w:w="5112" w:type="dxa"/>
            <w:vAlign w:val="center"/>
          </w:tcPr>
          <w:p w14:paraId="305EF7D1" w14:textId="77777777" w:rsidR="00E4669C" w:rsidRDefault="00E4669C">
            <w:pPr>
              <w:spacing w:after="0"/>
            </w:pPr>
          </w:p>
          <w:p w14:paraId="19141C3D" w14:textId="03E9834E" w:rsidR="002279BA" w:rsidRDefault="00E4669C">
            <w:pPr>
              <w:spacing w:after="0"/>
            </w:pPr>
            <w:r>
              <w:t xml:space="preserve">E-mail / </w:t>
            </w:r>
            <w:proofErr w:type="spellStart"/>
            <w:r>
              <w:t>telefon</w:t>
            </w:r>
            <w:proofErr w:type="spellEnd"/>
            <w:r>
              <w:t>: _________________________</w:t>
            </w:r>
          </w:p>
        </w:tc>
        <w:tc>
          <w:tcPr>
            <w:tcW w:w="5112" w:type="dxa"/>
            <w:vAlign w:val="center"/>
          </w:tcPr>
          <w:p w14:paraId="338C11F3" w14:textId="77777777" w:rsidR="002279BA" w:rsidRDefault="00E4669C">
            <w:pPr>
              <w:spacing w:after="0"/>
            </w:pPr>
            <w:r>
              <w:t>Data / podpis:</w:t>
            </w:r>
            <w:r>
              <w:t xml:space="preserve"> ___________________________</w:t>
            </w:r>
          </w:p>
        </w:tc>
      </w:tr>
    </w:tbl>
    <w:p w14:paraId="65C27E8F" w14:textId="77777777" w:rsidR="00E4669C" w:rsidRDefault="00E4669C">
      <w:pPr>
        <w:spacing w:before="40" w:after="0"/>
        <w:jc w:val="center"/>
        <w:rPr>
          <w:i/>
          <w:sz w:val="13"/>
        </w:rPr>
      </w:pPr>
    </w:p>
    <w:p w14:paraId="5998BFF8" w14:textId="4655D468" w:rsidR="002279BA" w:rsidRDefault="00E4669C">
      <w:pPr>
        <w:spacing w:before="40" w:after="0"/>
        <w:jc w:val="center"/>
      </w:pPr>
      <w:r>
        <w:rPr>
          <w:i/>
          <w:sz w:val="13"/>
        </w:rPr>
        <w:t>Riders Express Sp. z o.o.  |  Formularz kwalifikacji zawartości przesyłki</w:t>
      </w:r>
    </w:p>
    <w:sectPr w:rsidR="002279BA" w:rsidSect="00034616">
      <w:pgSz w:w="12240" w:h="15840"/>
      <w:pgMar w:top="504" w:right="720" w:bottom="50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79BA"/>
    <w:rsid w:val="0029639D"/>
    <w:rsid w:val="00326F90"/>
    <w:rsid w:val="00AA1D8D"/>
    <w:rsid w:val="00B47730"/>
    <w:rsid w:val="00CB0664"/>
    <w:rsid w:val="00E466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E30AB"/>
  <w14:defaultImageDpi w14:val="300"/>
  <w15:docId w15:val="{FB262AC4-9818-4A0A-B55C-690C7DAF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Gliński</cp:lastModifiedBy>
  <cp:revision>2</cp:revision>
  <dcterms:created xsi:type="dcterms:W3CDTF">2026-08-28T10:32:00Z</dcterms:created>
  <dcterms:modified xsi:type="dcterms:W3CDTF">2026-08-28T10:32:00Z</dcterms:modified>
  <cp:category/>
</cp:coreProperties>
</file>